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</w:rPr>
        <w:t>Nezávazná přihláška do kurzu zubní instrumentářky</w:t>
      </w:r>
    </w:p>
    <w:p>
      <w:pPr>
        <w:jc w:val="center"/>
      </w:pPr>
      <w:r>
        <w:rPr>
          <w:rFonts w:ascii="Arial" w:hAnsi="Arial" w:eastAsia="Arial"/>
          <w:i/>
          <w:color w:val="5A5A5A"/>
          <w:sz w:val="20"/>
        </w:rPr>
        <w:t>Formulář pro web a podklad pro automatické doplnění smlouvy</w:t>
      </w:r>
    </w:p>
    <w:p/>
    <w:p>
      <w:r>
        <w:rPr>
          <w:rFonts w:ascii="Arial" w:hAnsi="Arial" w:eastAsia="Arial"/>
        </w:rPr>
        <w:t>Tento formulář slouží jako nezávazná přihláška a jako podklad pro automatické doplnění smlouvy o účasti v kurzu. Odesláním přihlášky nevzniká smlouva; smlouva vzniká až po potvrzení Poskytovatelem a podpisu smlouvy.</w:t>
      </w:r>
    </w:p>
    <w:p>
      <w:r>
        <w:rPr>
          <w:rFonts w:ascii="Arial" w:hAnsi="Arial" w:eastAsia="Arial"/>
        </w:rPr>
        <w:t>Doporučení pro web: každé pole níže vytvořit jako samostatné pole formuláře a ukládat pod uvedeným názvem proměnné ve tvaru {{...}}. Stejné proměnné jsou použity ve smlouvě.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Poskytovatel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Clinic+ Medical Group s.r.o., IČO 07558791, Vršovická 1461/64, Vršovice, 101 00 Praha 10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Kontakt pro přihlášky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academy@clinic-plus.cz, +420 777 145 100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Kurz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Akreditovaný kvalifikační kurz Zubní instrumentářka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Akreditace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č.j.: MZDR 31172/2023-6/ONP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Termín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01.11.2026 – 30.04.2027 (6 měsíců)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Cena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29 500 Kč</w:t>
            </w:r>
          </w:p>
        </w:tc>
      </w:tr>
      <w:tr>
        <w:tc>
          <w:tcPr>
            <w:tcW w:type="dxa" w:w="2835"/>
            <w:vAlign w:val="center"/>
            <w:shd w:fill="F3F4F6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Minimální kapacita</w:t>
            </w:r>
          </w:p>
        </w:tc>
        <w:tc>
          <w:tcPr>
            <w:tcW w:type="dxa" w:w="6236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15 účastníků</w:t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1. Výběr kurzu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{{kurz_nazev}}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Název kurzu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Akreditovaný kvalifikační kurz Zubní instrumentářka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{{akreditace_cislo}}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Číslo akreditace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č.j.: MZDR 31172/2023-6/ONP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{{kurz_zahajeni}}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Termín zahájení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01.11.2026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{{kurz_ukonceni}}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Předpokládané ukončení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30.04.2027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{{kurz_delka}}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Délka kurzu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6 měsíců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{{kurz_misto}}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Místo konání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Clinic+ Medical Group s.r.o., Vršovická 1461/64, Praha 10 – Vršovice, případně jiné pracoviště Poskytovatele uvedené v organizačních pokynech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{{kurz_rozsah_hodin}}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Rozsah kurzu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800 hodin celkem, z toho 528 hodin teoretické výuky a 272 hodin praktického vyučování / odborné praxe dle vzdělávacího programu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{{kurz_cena}}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Cena kurzu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29 500 Kč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{{zpusob_uhrady}}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Způsob úhrady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jednorázově / záloha + doplatek / splátky po schválení</w:t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2. Osobní údaje uchazeče</w:t>
      </w:r>
    </w:p>
    <w:p>
      <w:r>
        <w:t>V této části se vyžadují pouze údaje potřebné pro identifikaci uchazeče, komunikaci a přípravu smlouvy. Státní občanství ani číslo občanského průkazu / pasu se ve webové přihlášce standardně nepožaduje.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{{titul}}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Titul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{{jmeno}}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Jméno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{{prijmeni}}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Příjmení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{{datum_narozeni}}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Datum narození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{{adresa_ulice}}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Trvalá adresa - ulice a č.p.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{{adresa_mesto}}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Město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{{adresa_psc}}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PSČ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{{kontaktni_adresa}}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Kontaktní adresa, pokud je jiná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{{telefon}}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Telefon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{{email}}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E-mail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3. Fakturační údaje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{{fakturace_typ}}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Fakturovat na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účastníka / firmu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{{firma_nazev}}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Název firmy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{{firma_ico}}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IČO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{{firma_dic}}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DIČ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{{firma_sidlo}}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Sídlo firmy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{{fakturacni_email}}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E-mail pro fakturaci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{{fakturace_poznamka}}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Poznámka k fakturaci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4. Vzdělání a vstupní podmínky</w:t>
      </w:r>
    </w:p>
    <w:p>
      <w:r>
        <w:t>Podmínky přijetí do kurzu: dovršení věku 18 let, minimálně ukončené středoškolské odborné vzdělání bez maturitní zkoušky a zdravotní způsobilost. Lékařský posudek o zdravotní způsobilosti musí být doložen nejpozději před nástupem do kurzu; ve webové přihlášce postačí potvrzení, že jej uchazeč doloží.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{{vzdelani_typ}}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Nejvyšší dosažené vzdělání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{{vzdelani_skola}}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Název školy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{{vzdelani_obor}}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Obor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{{vzdelani_rok}}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Rok ukončení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{{doklad_vzdelani_prilozen}}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Doklad o vzdělání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přiložen / doložím nejpozději před podpisem smlouvy nebo před nástupem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{{vek_18_potvrzeni}}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Prohlašuji, že jsem dovršil/a 18 let nebo dovrším 18 let nejpozději před zahájením kurzu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ano / ne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{{lekarsky_posudek_dolozim}}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Doložím lékařský posudek o zdravotní způsobilosti před nástupem do kurzu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ano / ne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{{organizacni_upravy}}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Potřebuji organizační úpravu při výuce/praxi (neuvádět diagnózu)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ne / ano - stručně popsat</w:t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5. Praktická výuka / odborná praxe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{{zajem_praxe}}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Zájem absolvovat praxi na klinice Poskytovatele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 / ne / nevím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{{praxe_preference}}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Preferované dny a časy praxe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{{zkusenosti_stomatologie}}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Předchozí zkušenost ve stomatologii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{{velikost_odevu}}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Velikost pracovního oděvu, pokud bude relevantní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{{souhlas_praxe_pravidla}}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Souhlas s hygienou, BOZP, mlčenlivostí a pokyny školitelů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 / ne</w:t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6. Povinná potvrzení uchazeče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{{potvrzeni_pravdivost_udaju}}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Potvrzuji pravdivost a úplnost údajů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{{potvrzeni_nezavaznost}}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Beru na vědomí nezávaznost přihlášky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{{souhlas_kontakt}}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Souhlasím s kontaktováním kvůli přihlášce a smlouvě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{{souhlas_vop}}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Seznámil/a jsem se s VOP a beru je na vědomí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{{souhlas_gdpr_info}}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Beru na vědomí informace o zpracování osobních údajů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{{souhlas_marketing}}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Souhlas se zasíláním novinek a nabídek vzdělávacích akcí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ano / ne, nepovinné</w:t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7. Přílohy</w:t>
      </w:r>
    </w:p>
    <w:p>
      <w:r>
        <w:t>Doklad totožnosti se do běžné webové přihlášky nenahrává. Totožnost uchazeče bude v případě potřeby ověřena pouze nahlédnutím do platného dokladu při podpisu smlouvy, při zahájení kurzu nebo před závěrečnou zkouškou. Povinnou přílohou před nástupem je doklad o vzdělání a lékařský posudek o zdravotní způsobilosti; kopie občanského průkazu/pasu ani číslo dokladu se standardně nepožaduje.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  <w:shd w:fill="D9EAF7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{{priloha_doklad_vzdelani}}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Doklad o vzdělání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nahráno / bude doplněno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{{priloha_lekarsky_posudek}}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Lékařský posudek o zdravotní způsobilosti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sz w:val="18"/>
              </w:rPr>
              <w:t>nahráno / doložím nejpozději před nástupem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{{priloha_jina}}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  <w:t>Jiná příloha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8. Technické údaje odeslání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Proměnná pro web/smlouvu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Název pole ve formuláři</w:t>
            </w:r>
          </w:p>
        </w:tc>
        <w:tc>
          <w:tcPr>
            <w:tcW w:type="dxa" w:w="3400"/>
            <w:vAlign w:val="center"/>
            <w:shd w:fill="DDEBF7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18"/>
              </w:rPr>
              <w:t>Hodnota / odpověď uchazeče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{{datum_prihlasky}}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Datum odeslání přihlášky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{{elektronicke_potvrzeni}}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Elektronické potvrzení / podpis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{{technicky_zaznam}}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  <w:t>IP / technický záznam souhlasu, pokud web ukládá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Arial" w:hAnsi="Arial" w:eastAsia="Arial"/>
        </w:rPr>
        <w:t>Text souhlasu pro web pod tlačítko „Odeslat přihlášku“</w:t>
      </w:r>
    </w:p>
    <w:p>
      <w:r>
        <w:t>Odesláním této nezávazné přihlášky potvrzuji, že uvedené údaje jsou pravdivé a úplné, beru na vědomí, že odesláním přihlášky nevzniká smlouva o účasti v kurzu, a souhlasím s tím, aby mě Clinic+ Medical Group s.r.o. kontaktovala za účelem vyřízení přihlášky, doplnění dokladů a přípravy smlouvy. Beru na vědomí, že pro nástup do kurzu musím splnit podmínky přijetí a nejpozději před zahájením kurzu doložit požadované doklady, zejména doklad o vzdělání a lékařský posudek o zdravotní způsobilosti.</w:t>
      </w:r>
    </w:p>
    <w:p/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Verze 25.08.2026 | academy@clinic-plus.cz | +420 777 145 100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6464"/>
        <w:sz w:val="16"/>
      </w:rPr>
      <w:t>Clinic+ Medical Group s.r.o. | Nezávazná přihláška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93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93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937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